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5F0133" w14:paraId="2E347597" w14:textId="77777777">
        <w:trPr>
          <w:trHeight w:hRule="exact" w:val="74"/>
          <w:jc w:val="center"/>
        </w:trPr>
        <w:tc>
          <w:tcPr>
            <w:tcW w:w="10148" w:type="dxa"/>
            <w:tcBorders>
              <w:top w:val="nil"/>
              <w:left w:val="nil"/>
              <w:bottom w:val="nil"/>
              <w:right w:val="nil"/>
            </w:tcBorders>
            <w:shd w:val="clear" w:color="auto" w:fill="F35B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85E4" w14:textId="77777777" w:rsidR="005F0133" w:rsidRDefault="00000000">
            <w:r>
              <w:t xml:space="preserve"> </w:t>
            </w:r>
          </w:p>
        </w:tc>
      </w:tr>
    </w:tbl>
    <w:p w14:paraId="2D8FDBC7" w14:textId="77777777" w:rsidR="005F0133" w:rsidRDefault="00000000">
      <w:pPr>
        <w:spacing w:before="160" w:after="20" w:line="240" w:lineRule="auto"/>
      </w:pPr>
      <w:r>
        <w:rPr>
          <w:rFonts w:eastAsia="Arial"/>
          <w:b/>
          <w:color w:val="C9470F"/>
          <w:sz w:val="17"/>
        </w:rPr>
        <w:t>ANNEX TO THE “RETURNS POLICY AND RIGHT OF WITHDRAWAL”</w:t>
      </w:r>
    </w:p>
    <w:p w14:paraId="02EF246F" w14:textId="77777777" w:rsidR="005F0133" w:rsidRDefault="00000000">
      <w:pPr>
        <w:spacing w:after="40" w:line="240" w:lineRule="auto"/>
      </w:pPr>
      <w:r>
        <w:rPr>
          <w:rFonts w:eastAsia="Arial"/>
          <w:b/>
          <w:sz w:val="37"/>
        </w:rPr>
        <w:t>Model Withdrawal Form</w:t>
      </w:r>
    </w:p>
    <w:p w14:paraId="2B556036" w14:textId="77777777" w:rsidR="005F0133" w:rsidRDefault="00000000">
      <w:pPr>
        <w:spacing w:after="140" w:line="240" w:lineRule="auto"/>
      </w:pPr>
      <w:r>
        <w:rPr>
          <w:rFonts w:eastAsia="Arial"/>
          <w:color w:val="68737D"/>
          <w:sz w:val="18"/>
        </w:rPr>
        <w:t>Model form provided in the Annex, Part B, to Government Emergency Ordinance No. 34/2014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5F0133" w14:paraId="38BF1CD4" w14:textId="77777777">
        <w:trPr>
          <w:jc w:val="center"/>
        </w:trPr>
        <w:tc>
          <w:tcPr>
            <w:tcW w:w="10148" w:type="dxa"/>
            <w:tcBorders>
              <w:top w:val="single" w:sz="8" w:space="0" w:color="F6C6A8"/>
              <w:left w:val="single" w:sz="8" w:space="0" w:color="F6C6A8"/>
              <w:bottom w:val="single" w:sz="8" w:space="0" w:color="F6C6A8"/>
              <w:right w:val="single" w:sz="8" w:space="0" w:color="F6C6A8"/>
            </w:tcBorders>
            <w:shd w:val="clear" w:color="auto" w:fill="FFF1E8"/>
            <w:tcMar>
              <w:top w:w="125" w:type="dxa"/>
              <w:left w:w="150" w:type="dxa"/>
              <w:bottom w:w="125" w:type="dxa"/>
              <w:right w:w="150" w:type="dxa"/>
            </w:tcMar>
          </w:tcPr>
          <w:p w14:paraId="0558BFB4" w14:textId="77777777" w:rsidR="005F0133" w:rsidRDefault="00000000">
            <w:r>
              <w:rPr>
                <w:rFonts w:eastAsia="Arial"/>
                <w:b/>
                <w:color w:val="C9470F"/>
                <w:sz w:val="18"/>
              </w:rPr>
              <w:t xml:space="preserve">Instruction: </w:t>
            </w:r>
            <w:r>
              <w:rPr>
                <w:rFonts w:eastAsia="Arial"/>
                <w:sz w:val="18"/>
              </w:rPr>
              <w:t>complete and submit this form only if you wish to withdraw from the contract. Use of this form is not mandatory; the right of withdrawal may also be exercised through the online function or by any other unequivocal statement.</w:t>
            </w:r>
          </w:p>
        </w:tc>
      </w:tr>
    </w:tbl>
    <w:p w14:paraId="16C1D2F3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1. </w:t>
      </w:r>
      <w:r>
        <w:rPr>
          <w:rFonts w:eastAsia="Arial"/>
          <w:b/>
          <w:sz w:val="23"/>
        </w:rPr>
        <w:t>Addressee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5F0133" w14:paraId="46BBCFA5" w14:textId="77777777">
        <w:trPr>
          <w:jc w:val="center"/>
        </w:trPr>
        <w:tc>
          <w:tcPr>
            <w:tcW w:w="10148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C67744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9"/>
              </w:rPr>
              <w:t>REGIONAL AIR SUPORT S.R.L.</w:t>
            </w:r>
          </w:p>
          <w:p w14:paraId="6CDA2E0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9"/>
              </w:rPr>
              <w:t>PilotShop.ro - Returns Department</w:t>
            </w:r>
          </w:p>
          <w:p w14:paraId="09241FC8" w14:textId="77777777" w:rsidR="005F0133" w:rsidRDefault="00000000">
            <w:pPr>
              <w:spacing w:line="240" w:lineRule="auto"/>
            </w:pPr>
            <w:proofErr w:type="spellStart"/>
            <w:r>
              <w:rPr>
                <w:rFonts w:eastAsia="Arial"/>
                <w:sz w:val="19"/>
              </w:rPr>
              <w:t>Șoseaua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București-Ploiești</w:t>
            </w:r>
            <w:proofErr w:type="spellEnd"/>
            <w:r>
              <w:rPr>
                <w:rFonts w:eastAsia="Arial"/>
                <w:sz w:val="19"/>
              </w:rPr>
              <w:t xml:space="preserve"> No. 24-28, Sector 1, Bucharest, postal code 013694, Romania</w:t>
            </w:r>
          </w:p>
          <w:p w14:paraId="49E3E458" w14:textId="77777777" w:rsidR="005F0133" w:rsidRDefault="00000000">
            <w:pPr>
              <w:spacing w:line="240" w:lineRule="auto"/>
            </w:pPr>
            <w:r>
              <w:rPr>
                <w:rFonts w:eastAsia="Arial"/>
                <w:sz w:val="19"/>
              </w:rPr>
              <w:t xml:space="preserve">E-mail: </w:t>
            </w:r>
            <w:proofErr w:type="gramStart"/>
            <w:r>
              <w:rPr>
                <w:rFonts w:eastAsia="Arial"/>
                <w:sz w:val="19"/>
              </w:rPr>
              <w:t>office@pilotshop.ro  |</w:t>
            </w:r>
            <w:proofErr w:type="gramEnd"/>
            <w:r>
              <w:rPr>
                <w:rFonts w:eastAsia="Arial"/>
                <w:sz w:val="19"/>
              </w:rPr>
              <w:t xml:space="preserve">  Telephone: +40 770 951 700</w:t>
            </w:r>
          </w:p>
        </w:tc>
      </w:tr>
    </w:tbl>
    <w:p w14:paraId="2E19D851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2. </w:t>
      </w:r>
      <w:r>
        <w:rPr>
          <w:rFonts w:eastAsia="Arial"/>
          <w:b/>
          <w:sz w:val="23"/>
        </w:rPr>
        <w:t>Withdrawal statement</w:t>
      </w:r>
    </w:p>
    <w:p w14:paraId="308C5A11" w14:textId="77777777" w:rsidR="005F0133" w:rsidRDefault="00000000">
      <w:pPr>
        <w:spacing w:after="100" w:line="269" w:lineRule="auto"/>
      </w:pPr>
      <w:r>
        <w:rPr>
          <w:rFonts w:eastAsia="Arial"/>
          <w:sz w:val="20"/>
        </w:rPr>
        <w:t>I/We hereby give notice that I/we withdraw from the contract for the sale of the products listed below:</w:t>
      </w:r>
    </w:p>
    <w:p w14:paraId="13681253" w14:textId="42F0FE1F" w:rsidR="005F0133" w:rsidRDefault="00000000">
      <w:pPr>
        <w:spacing w:after="100" w:line="240" w:lineRule="auto"/>
      </w:pPr>
      <w:sdt>
        <w:sdtPr>
          <w:rPr>
            <w:rFonts w:eastAsia="Arial"/>
            <w:b/>
            <w:sz w:val="20"/>
          </w:rPr>
          <w:id w:val="-1286261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3FF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A73F62">
        <w:rPr>
          <w:rFonts w:eastAsia="Arial"/>
          <w:b/>
          <w:sz w:val="20"/>
        </w:rPr>
        <w:t xml:space="preserve"> Withdrawal from the entire order</w:t>
      </w:r>
      <w:r w:rsidR="00A73F62">
        <w:rPr>
          <w:rFonts w:eastAsia="Arial"/>
          <w:sz w:val="20"/>
        </w:rPr>
        <w:t xml:space="preserve">      </w:t>
      </w:r>
      <w:sdt>
        <w:sdtPr>
          <w:rPr>
            <w:rFonts w:eastAsia="Arial"/>
            <w:b/>
            <w:sz w:val="20"/>
          </w:rPr>
          <w:id w:val="-1047371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3FF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A73F62">
        <w:rPr>
          <w:rFonts w:eastAsia="Arial"/>
          <w:b/>
          <w:sz w:val="20"/>
        </w:rPr>
        <w:t xml:space="preserve"> Partial withdrawal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5725"/>
        <w:gridCol w:w="2437"/>
        <w:gridCol w:w="1474"/>
      </w:tblGrid>
      <w:tr w:rsidR="005F0133" w14:paraId="1EB943D2" w14:textId="77777777">
        <w:trPr>
          <w:tblHeader/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A93ACF5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No.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E5EEC53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Product name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A9D0446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Code / reference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4B995EB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Quantity</w:t>
            </w:r>
          </w:p>
        </w:tc>
      </w:tr>
      <w:tr w:rsidR="005F0133" w14:paraId="1C4563E2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46B94E6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1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E3C0B93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095064F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01FBA93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22899996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D159DB5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2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15002F8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58EB23E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E58DFAC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3C352302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3D5C9A4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3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BA54A42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F1E89DC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19BAC7E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1356BDF4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D8CD745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4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F2B6035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E16D1E8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C7F867A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</w:tbl>
    <w:p w14:paraId="01C205FF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3. </w:t>
      </w:r>
      <w:r>
        <w:rPr>
          <w:rFonts w:eastAsia="Arial"/>
          <w:b/>
          <w:sz w:val="23"/>
        </w:rPr>
        <w:t>Order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3231"/>
        <w:gridCol w:w="1842"/>
        <w:gridCol w:w="3231"/>
      </w:tblGrid>
      <w:tr w:rsidR="005F0133" w14:paraId="45B0621D" w14:textId="77777777">
        <w:trPr>
          <w:jc w:val="center"/>
        </w:trPr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6CBEA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Order number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DA3321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EE8677F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Invoice number (optional)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D760FC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68B79BB6" w14:textId="77777777">
        <w:trPr>
          <w:jc w:val="center"/>
        </w:trPr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B0BFB7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Order date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9B78668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ABFCBA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Date the products were received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0B4735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</w:tbl>
    <w:p w14:paraId="66DD7EB0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4. </w:t>
      </w:r>
      <w:r>
        <w:rPr>
          <w:rFonts w:eastAsia="Arial"/>
          <w:b/>
          <w:sz w:val="23"/>
        </w:rPr>
        <w:t>Details of the consumer(s)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7540"/>
      </w:tblGrid>
      <w:tr w:rsidR="005F0133" w14:paraId="7BB898F7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522384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Full name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296947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57FD061E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D12334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Full address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07C40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  <w:p w14:paraId="79EB6E8D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396679E4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E08025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City / county / postal code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A0DDB6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5E7A7E36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5EF37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E-mail address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E5186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4441CEDC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48B34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Telephone (optional)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11DC6B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</w:tbl>
    <w:p w14:paraId="2BA9AD88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5. </w:t>
      </w:r>
      <w:r>
        <w:rPr>
          <w:rFonts w:eastAsia="Arial"/>
          <w:b/>
          <w:sz w:val="23"/>
        </w:rPr>
        <w:t>Date and signature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5F0133" w14:paraId="233AFA06" w14:textId="77777777">
        <w:trPr>
          <w:jc w:val="center"/>
        </w:trPr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730B8E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sz w:val="17"/>
              </w:rPr>
              <w:t>Date</w:t>
            </w:r>
          </w:p>
        </w:tc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8F1590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sz w:val="17"/>
              </w:rPr>
              <w:t>Signature of the consumer(s)</w:t>
            </w:r>
          </w:p>
        </w:tc>
      </w:tr>
      <w:tr w:rsidR="005F0133" w14:paraId="593FA62E" w14:textId="77777777">
        <w:trPr>
          <w:jc w:val="center"/>
        </w:trPr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150" w:type="dxa"/>
              <w:left w:w="110" w:type="dxa"/>
              <w:bottom w:w="150" w:type="dxa"/>
              <w:right w:w="110" w:type="dxa"/>
            </w:tcMar>
          </w:tcPr>
          <w:p w14:paraId="28968150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7"/>
              </w:rPr>
              <w:t xml:space="preserve"> </w:t>
            </w:r>
          </w:p>
        </w:tc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150" w:type="dxa"/>
              <w:left w:w="110" w:type="dxa"/>
              <w:bottom w:w="150" w:type="dxa"/>
              <w:right w:w="110" w:type="dxa"/>
            </w:tcMar>
          </w:tcPr>
          <w:p w14:paraId="30EB9854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i/>
                <w:color w:val="68737D"/>
                <w:sz w:val="17"/>
              </w:rPr>
              <w:t>(only if this form is submitted on paper)</w:t>
            </w:r>
          </w:p>
        </w:tc>
      </w:tr>
    </w:tbl>
    <w:p w14:paraId="79D7207A" w14:textId="77777777" w:rsidR="005F0133" w:rsidRDefault="00000000">
      <w:pPr>
        <w:spacing w:before="120"/>
      </w:pPr>
      <w:r>
        <w:rPr>
          <w:rFonts w:eastAsia="Arial"/>
          <w:b/>
          <w:color w:val="C9470F"/>
          <w:sz w:val="17"/>
        </w:rPr>
        <w:t xml:space="preserve">Submission: </w:t>
      </w:r>
      <w:r>
        <w:rPr>
          <w:rFonts w:eastAsia="Arial"/>
          <w:color w:val="68737D"/>
          <w:sz w:val="17"/>
        </w:rPr>
        <w:t>this form may be submitted by e-mail to office@pilotshop.ro, through the online withdrawal function available at www.pilotshop.ro, or on paper to the address indicated above.</w:t>
      </w:r>
    </w:p>
    <w:sectPr w:rsidR="005F0133" w:rsidSect="00034616">
      <w:footerReference w:type="default" r:id="rId8"/>
      <w:pgSz w:w="11906" w:h="16838"/>
      <w:pgMar w:top="765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F1987" w14:textId="77777777" w:rsidR="00F649D8" w:rsidRDefault="00F649D8">
      <w:pPr>
        <w:spacing w:line="240" w:lineRule="auto"/>
      </w:pPr>
      <w:r>
        <w:separator/>
      </w:r>
    </w:p>
  </w:endnote>
  <w:endnote w:type="continuationSeparator" w:id="0">
    <w:p w14:paraId="7333FB7B" w14:textId="77777777" w:rsidR="00F649D8" w:rsidRDefault="00F649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439C" w14:textId="77777777" w:rsidR="005F0133" w:rsidRDefault="00000000">
    <w:pPr>
      <w:pStyle w:val="Footer"/>
      <w:jc w:val="center"/>
    </w:pPr>
    <w:proofErr w:type="gramStart"/>
    <w:r>
      <w:rPr>
        <w:rFonts w:eastAsia="Arial"/>
        <w:color w:val="68737D"/>
        <w:sz w:val="15"/>
      </w:rPr>
      <w:t>PilotShop.ro  |</w:t>
    </w:r>
    <w:proofErr w:type="gramEnd"/>
    <w:r>
      <w:rPr>
        <w:rFonts w:eastAsia="Arial"/>
        <w:color w:val="68737D"/>
        <w:sz w:val="15"/>
      </w:rPr>
      <w:t xml:space="preserve">  Model Withdrawal </w:t>
    </w:r>
    <w:proofErr w:type="gramStart"/>
    <w:r>
      <w:rPr>
        <w:rFonts w:eastAsia="Arial"/>
        <w:color w:val="68737D"/>
        <w:sz w:val="15"/>
      </w:rPr>
      <w:t>Form  |</w:t>
    </w:r>
    <w:proofErr w:type="gramEnd"/>
    <w:r>
      <w:rPr>
        <w:rFonts w:eastAsia="Arial"/>
        <w:color w:val="68737D"/>
        <w:sz w:val="15"/>
      </w:rPr>
      <w:t xml:space="preserve">  Use is not mandatory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BB666" w14:textId="77777777" w:rsidR="00F649D8" w:rsidRDefault="00F649D8">
      <w:pPr>
        <w:spacing w:line="240" w:lineRule="auto"/>
      </w:pPr>
      <w:r>
        <w:separator/>
      </w:r>
    </w:p>
  </w:footnote>
  <w:footnote w:type="continuationSeparator" w:id="0">
    <w:p w14:paraId="7644FF41" w14:textId="77777777" w:rsidR="00F649D8" w:rsidRDefault="00F649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739866">
    <w:abstractNumId w:val="8"/>
  </w:num>
  <w:num w:numId="2" w16cid:durableId="127432215">
    <w:abstractNumId w:val="6"/>
  </w:num>
  <w:num w:numId="3" w16cid:durableId="1849829831">
    <w:abstractNumId w:val="5"/>
  </w:num>
  <w:num w:numId="4" w16cid:durableId="636766399">
    <w:abstractNumId w:val="4"/>
  </w:num>
  <w:num w:numId="5" w16cid:durableId="2043171449">
    <w:abstractNumId w:val="7"/>
  </w:num>
  <w:num w:numId="6" w16cid:durableId="992752948">
    <w:abstractNumId w:val="3"/>
  </w:num>
  <w:num w:numId="7" w16cid:durableId="486213743">
    <w:abstractNumId w:val="2"/>
  </w:num>
  <w:num w:numId="8" w16cid:durableId="1077021204">
    <w:abstractNumId w:val="1"/>
  </w:num>
  <w:num w:numId="9" w16cid:durableId="1515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E58"/>
    <w:rsid w:val="0029639D"/>
    <w:rsid w:val="00326F90"/>
    <w:rsid w:val="004853A0"/>
    <w:rsid w:val="005F0133"/>
    <w:rsid w:val="00881E67"/>
    <w:rsid w:val="00A73F62"/>
    <w:rsid w:val="00AA1D8D"/>
    <w:rsid w:val="00B47730"/>
    <w:rsid w:val="00CB0664"/>
    <w:rsid w:val="00D743FF"/>
    <w:rsid w:val="00F649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4BF6A67"/>
  <w14:defaultImageDpi w14:val="300"/>
  <w15:docId w15:val="{4A38D117-C80A-406A-92CE-1B128D40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/>
      <w:color w:val="2F3A4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Withdrawal Form - PilotShop</dc:title>
  <dc:subject>Annex to the Returns Policy and Right of Withdrawal</dc:subject>
  <dc:creator>REGIONAL AIR SUPORT S.R.L.</dc:creator>
  <cp:keywords>PilotShop, withdrawal, return, model form</cp:keywords>
  <dc:description/>
  <cp:lastModifiedBy>Regional Air Suport</cp:lastModifiedBy>
  <cp:revision>3</cp:revision>
  <dcterms:created xsi:type="dcterms:W3CDTF">2026-07-23T12:31:00Z</dcterms:created>
  <dcterms:modified xsi:type="dcterms:W3CDTF">2026-07-30T08:43:00Z</dcterms:modified>
  <cp:category/>
</cp:coreProperties>
</file>